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2"/>
        </w:rPr>
        <w:t>Υπόδειγμα εντύπου υπαναχώρησης</w:t>
      </w:r>
    </w:p>
    <w:p>
      <w:pPr>
        <w:spacing w:after="360"/>
      </w:pPr>
      <w:r>
        <w:rPr>
          <w:i/>
        </w:rPr>
        <w:t>(συμπληρώστε και επιστρέψτε το παρόν έντυπο μόνο εάν επιθυμείτε να υπαναχωρήσετε από τη σύμβαση)</w:t>
      </w:r>
    </w:p>
    <w:p>
      <w:pPr>
        <w:spacing w:after="240"/>
      </w:pPr>
      <w:r>
        <w:t>Προς Molecule Pet Bowl Europe, Zaagmolenkade 149, 3035 KD Rotterdam, Nederland, info@moleculepetbowl.eu:</w:t>
      </w:r>
    </w:p>
    <w:p>
      <w:pPr>
        <w:spacing w:after="120"/>
      </w:pPr>
      <w:r>
        <w:t>Γνωστοποιώ/Γνωστοποιούμε (*) με την παρούσα ότι υπαναχωρώ/υπαναχωρούμε (*) από τη σύμβασή μου/μας (*) πώλησης των ακόλουθων αγαθών (*)/παροχής της ακόλουθης υπηρεσίας (*)</w:t>
      </w:r>
    </w:p>
    <w:p>
      <w:r>
        <w:t>___________________________________________________________________________</w:t>
      </w:r>
    </w:p>
    <w:p>
      <w:pPr>
        <w:spacing w:before="240" w:after="0"/>
      </w:pPr>
      <w:r>
        <w:t>Που παραγγέλθηκε(-αν) στις (*)/που παρελήφθη(-σαν) στις (*)</w:t>
      </w:r>
    </w:p>
    <w:p>
      <w:r>
        <w:t>___________________________________________________________________________</w:t>
      </w:r>
    </w:p>
    <w:p>
      <w:pPr>
        <w:spacing w:before="240" w:after="0"/>
      </w:pPr>
      <w:r>
        <w:t>Όνομα καταναλωτή(-ών)</w:t>
      </w:r>
    </w:p>
    <w:p>
      <w:r>
        <w:t>___________________________________________________________________________</w:t>
      </w:r>
    </w:p>
    <w:p>
      <w:pPr>
        <w:spacing w:before="240" w:after="0"/>
      </w:pPr>
      <w:r>
        <w:t>Διεύθυνση καταναλωτή(-ών)</w:t>
      </w:r>
    </w:p>
    <w:p>
      <w:r>
        <w:t>___________________________________________________________________________</w:t>
      </w:r>
    </w:p>
    <w:p>
      <w:pPr>
        <w:spacing w:before="240" w:after="0"/>
      </w:pPr>
      <w:r>
        <w:t>Υπογραφή καταναλωτή(-ών) (μόνο εάν το παρόν έντυπο κοινοποιηθεί σε χαρτί)</w:t>
      </w:r>
    </w:p>
    <w:p>
      <w:r>
        <w:t>___________________________________________________________________________</w:t>
      </w:r>
    </w:p>
    <w:p>
      <w:pPr>
        <w:spacing w:before="240" w:after="0"/>
      </w:pPr>
      <w:r>
        <w:t>Ημερομηνία</w:t>
      </w:r>
    </w:p>
    <w:p>
      <w:r>
        <w:t>___________________________________________________________________________</w:t>
      </w:r>
    </w:p>
    <w:p>
      <w:pPr>
        <w:spacing w:before="480"/>
      </w:pPr>
      <w:r>
        <w:rPr>
          <w:sz w:val="18"/>
        </w:rPr>
        <w:t>(*) Διαγράφεται η περιττή ένδειξη.</w:t>
      </w:r>
    </w:p>
    <w:sectPr w:rsidR="00FC693F" w:rsidRPr="0006063C" w:rsidSect="00034616">
      <w:pgSz w:w="12240" w:h="15840"/>
      <w:pgMar w:top="1440" w:right="1417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